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🧠 أدوات الذكاء الاصطناعي لتطوير الذات</w:t>
      </w:r>
    </w:p>
    <w:p>
      <w:r>
        <w:t>جدول منسق يوضح أهم أدوات الذكاء الاصطناعي المفيدة في تطوير الذات والتعليم الذكي.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اسم الأداة</w:t>
            </w:r>
          </w:p>
        </w:tc>
        <w:tc>
          <w:tcPr>
            <w:tcW w:type="dxa" w:w="2160"/>
          </w:tcPr>
          <w:p>
            <w:r>
              <w:t>الاستخدام</w:t>
            </w:r>
          </w:p>
        </w:tc>
        <w:tc>
          <w:tcPr>
            <w:tcW w:type="dxa" w:w="2160"/>
          </w:tcPr>
          <w:p>
            <w:r>
              <w:t>الرابط</w:t>
            </w:r>
          </w:p>
        </w:tc>
        <w:tc>
          <w:tcPr>
            <w:tcW w:type="dxa" w:w="2160"/>
          </w:tcPr>
          <w:p>
            <w:r>
              <w:t>الميزة البارزة</w:t>
            </w:r>
          </w:p>
        </w:tc>
      </w:tr>
      <w:tr>
        <w:tc>
          <w:tcPr>
            <w:tcW w:type="dxa" w:w="2160"/>
          </w:tcPr>
          <w:p>
            <w:r>
              <w:t>ChatGPT</w:t>
            </w:r>
          </w:p>
        </w:tc>
        <w:tc>
          <w:tcPr>
            <w:tcW w:type="dxa" w:w="2160"/>
          </w:tcPr>
          <w:p>
            <w:r>
              <w:t>التعلم الذاتي، إنشاء خطط تطوير شخصية</w:t>
            </w:r>
          </w:p>
        </w:tc>
        <w:tc>
          <w:tcPr>
            <w:tcW w:type="dxa" w:w="2160"/>
          </w:tcPr>
          <w:p>
            <w:r>
              <w:t>https://chat.openai.com</w:t>
            </w:r>
          </w:p>
        </w:tc>
        <w:tc>
          <w:tcPr>
            <w:tcW w:type="dxa" w:w="2160"/>
          </w:tcPr>
          <w:p>
            <w:r>
              <w:t>يشرح أي موضوع بأسلوب بسيط ويضع لك خطة تطوير ذاتي متكاملة</w:t>
            </w:r>
          </w:p>
        </w:tc>
      </w:tr>
      <w:tr>
        <w:tc>
          <w:tcPr>
            <w:tcW w:type="dxa" w:w="2160"/>
          </w:tcPr>
          <w:p>
            <w:r>
              <w:t>Khanmigo (Khan Academy)</w:t>
            </w:r>
          </w:p>
        </w:tc>
        <w:tc>
          <w:tcPr>
            <w:tcW w:type="dxa" w:w="2160"/>
          </w:tcPr>
          <w:p>
            <w:r>
              <w:t>التعلم التفاعلي في المواد الدراسية</w:t>
            </w:r>
          </w:p>
        </w:tc>
        <w:tc>
          <w:tcPr>
            <w:tcW w:type="dxa" w:w="2160"/>
          </w:tcPr>
          <w:p>
            <w:r>
              <w:t>https://www.khanacademy.org</w:t>
            </w:r>
          </w:p>
        </w:tc>
        <w:tc>
          <w:tcPr>
            <w:tcW w:type="dxa" w:w="2160"/>
          </w:tcPr>
          <w:p>
            <w:r>
              <w:t>يشرح المفاهيم بخطوات مبسطة بأسلوب حواري ممتع</w:t>
            </w:r>
          </w:p>
        </w:tc>
      </w:tr>
      <w:tr>
        <w:tc>
          <w:tcPr>
            <w:tcW w:type="dxa" w:w="2160"/>
          </w:tcPr>
          <w:p>
            <w:r>
              <w:t>Mindsera</w:t>
            </w:r>
          </w:p>
        </w:tc>
        <w:tc>
          <w:tcPr>
            <w:tcW w:type="dxa" w:w="2160"/>
          </w:tcPr>
          <w:p>
            <w:r>
              <w:t>كتابة وتقييم التأملات الشخصية</w:t>
            </w:r>
          </w:p>
        </w:tc>
        <w:tc>
          <w:tcPr>
            <w:tcW w:type="dxa" w:w="2160"/>
          </w:tcPr>
          <w:p>
            <w:r>
              <w:t>https://mindsera.com</w:t>
            </w:r>
          </w:p>
        </w:tc>
        <w:tc>
          <w:tcPr>
            <w:tcW w:type="dxa" w:w="2160"/>
          </w:tcPr>
          <w:p>
            <w:r>
              <w:t>يقدم تحليلاً نفسياً وتحفيزًا مستمرًا لتطوير الذات</w:t>
            </w:r>
          </w:p>
        </w:tc>
      </w:tr>
      <w:tr>
        <w:tc>
          <w:tcPr>
            <w:tcW w:type="dxa" w:w="2160"/>
          </w:tcPr>
          <w:p>
            <w:r>
              <w:t>Perplexity AI</w:t>
            </w:r>
          </w:p>
        </w:tc>
        <w:tc>
          <w:tcPr>
            <w:tcW w:type="dxa" w:w="2160"/>
          </w:tcPr>
          <w:p>
            <w:r>
              <w:t>البحث وتلخيص المحتوى العلمي</w:t>
            </w:r>
          </w:p>
        </w:tc>
        <w:tc>
          <w:tcPr>
            <w:tcW w:type="dxa" w:w="2160"/>
          </w:tcPr>
          <w:p>
            <w:r>
              <w:t>https://www.perplexity.ai</w:t>
            </w:r>
          </w:p>
        </w:tc>
        <w:tc>
          <w:tcPr>
            <w:tcW w:type="dxa" w:w="2160"/>
          </w:tcPr>
          <w:p>
            <w:r>
              <w:t>يوفر نتائج موثوقة مع روابط المصادر الأصلية</w:t>
            </w:r>
          </w:p>
        </w:tc>
      </w:tr>
      <w:tr>
        <w:tc>
          <w:tcPr>
            <w:tcW w:type="dxa" w:w="2160"/>
          </w:tcPr>
          <w:p>
            <w:r>
              <w:t>Youper AI</w:t>
            </w:r>
          </w:p>
        </w:tc>
        <w:tc>
          <w:tcPr>
            <w:tcW w:type="dxa" w:w="2160"/>
          </w:tcPr>
          <w:p>
            <w:r>
              <w:t>تطوير الوعي الذاتي والصحة النفسية</w:t>
            </w:r>
          </w:p>
        </w:tc>
        <w:tc>
          <w:tcPr>
            <w:tcW w:type="dxa" w:w="2160"/>
          </w:tcPr>
          <w:p>
            <w:r>
              <w:t>https://www.youper.ai</w:t>
            </w:r>
          </w:p>
        </w:tc>
        <w:tc>
          <w:tcPr>
            <w:tcW w:type="dxa" w:w="2160"/>
          </w:tcPr>
          <w:p>
            <w:r>
              <w:t>يساعد في تحسين المزاج وتقليل القلق عبر محادثات ذكية</w:t>
            </w:r>
          </w:p>
        </w:tc>
      </w:tr>
      <w:tr>
        <w:tc>
          <w:tcPr>
            <w:tcW w:type="dxa" w:w="2160"/>
          </w:tcPr>
          <w:p>
            <w:r>
              <w:t>Insight Timer (AI Coach)</w:t>
            </w:r>
          </w:p>
        </w:tc>
        <w:tc>
          <w:tcPr>
            <w:tcW w:type="dxa" w:w="2160"/>
          </w:tcPr>
          <w:p>
            <w:r>
              <w:t>التأمل وتحسين التركيز والنوم</w:t>
            </w:r>
          </w:p>
        </w:tc>
        <w:tc>
          <w:tcPr>
            <w:tcW w:type="dxa" w:w="2160"/>
          </w:tcPr>
          <w:p>
            <w:r>
              <w:t>https://www.insighttimer.com</w:t>
            </w:r>
          </w:p>
        </w:tc>
        <w:tc>
          <w:tcPr>
            <w:tcW w:type="dxa" w:w="2160"/>
          </w:tcPr>
          <w:p>
            <w:r>
              <w:t>يحتوي على مدرب ذكي لتتبع حالتك الذهنية</w:t>
            </w:r>
          </w:p>
        </w:tc>
      </w:tr>
      <w:tr>
        <w:tc>
          <w:tcPr>
            <w:tcW w:type="dxa" w:w="2160"/>
          </w:tcPr>
          <w:p>
            <w:r>
              <w:t>Notion AI</w:t>
            </w:r>
          </w:p>
        </w:tc>
        <w:tc>
          <w:tcPr>
            <w:tcW w:type="dxa" w:w="2160"/>
          </w:tcPr>
          <w:p>
            <w:r>
              <w:t>تنظيم الملاحظات وخطط التعلم</w:t>
            </w:r>
          </w:p>
        </w:tc>
        <w:tc>
          <w:tcPr>
            <w:tcW w:type="dxa" w:w="2160"/>
          </w:tcPr>
          <w:p>
            <w:r>
              <w:t>https://www.notion.so</w:t>
            </w:r>
          </w:p>
        </w:tc>
        <w:tc>
          <w:tcPr>
            <w:tcW w:type="dxa" w:w="2160"/>
          </w:tcPr>
          <w:p>
            <w:r>
              <w:t>يربط أفكارك تلقائيًا ويقترح طرقًا لتنظيم وقتك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