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أفضل أدوات الذكاء الاصطناعي لتطوير الذات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🧠 الأداة</w:t>
            </w:r>
          </w:p>
        </w:tc>
        <w:tc>
          <w:tcPr>
            <w:tcW w:type="dxa" w:w="2160"/>
          </w:tcPr>
          <w:p>
            <w:r>
              <w:t>الاستخدام</w:t>
            </w:r>
          </w:p>
        </w:tc>
        <w:tc>
          <w:tcPr>
            <w:tcW w:type="dxa" w:w="2160"/>
          </w:tcPr>
          <w:p>
            <w:r>
              <w:t>الرابط</w:t>
            </w:r>
          </w:p>
        </w:tc>
        <w:tc>
          <w:tcPr>
            <w:tcW w:type="dxa" w:w="2160"/>
          </w:tcPr>
          <w:p>
            <w:r>
              <w:t>الميزة المميزة</w:t>
            </w:r>
          </w:p>
        </w:tc>
      </w:tr>
      <w:tr>
        <w:tc>
          <w:tcPr>
            <w:tcW w:type="dxa" w:w="2160"/>
          </w:tcPr>
          <w:p>
            <w:r>
              <w:t>Replika</w:t>
            </w:r>
          </w:p>
        </w:tc>
        <w:tc>
          <w:tcPr>
            <w:tcW w:type="dxa" w:w="2160"/>
          </w:tcPr>
          <w:p>
            <w:r>
              <w:t>محادثة مع مساعد ذكي للتفريغ النفسي وتطوير الوعي الذاتي</w:t>
            </w:r>
          </w:p>
        </w:tc>
        <w:tc>
          <w:tcPr>
            <w:tcW w:type="dxa" w:w="2160"/>
          </w:tcPr>
          <w:p>
            <w:r>
              <w:t>https://replika.ai</w:t>
            </w:r>
          </w:p>
        </w:tc>
        <w:tc>
          <w:tcPr>
            <w:tcW w:type="dxa" w:w="2160"/>
          </w:tcPr>
          <w:p>
            <w:r>
              <w:t>يتعلم شخصيتك مع الوقت ويمنح دعمًا عاطفيًا</w:t>
            </w:r>
          </w:p>
        </w:tc>
      </w:tr>
      <w:tr>
        <w:tc>
          <w:tcPr>
            <w:tcW w:type="dxa" w:w="2160"/>
          </w:tcPr>
          <w:p>
            <w:r>
              <w:t>Mindsera</w:t>
            </w:r>
          </w:p>
        </w:tc>
        <w:tc>
          <w:tcPr>
            <w:tcW w:type="dxa" w:w="2160"/>
          </w:tcPr>
          <w:p>
            <w:r>
              <w:t>كتابة يومية (Journaling) مع تحليل ذكي للأفكار</w:t>
            </w:r>
          </w:p>
        </w:tc>
        <w:tc>
          <w:tcPr>
            <w:tcW w:type="dxa" w:w="2160"/>
          </w:tcPr>
          <w:p>
            <w:r>
              <w:t>https://mindsera.com</w:t>
            </w:r>
          </w:p>
        </w:tc>
        <w:tc>
          <w:tcPr>
            <w:tcW w:type="dxa" w:w="2160"/>
          </w:tcPr>
          <w:p>
            <w:r>
              <w:t>يحلل مشاعرك ويقترح طرقًا للتحسين الذاتي</w:t>
            </w:r>
          </w:p>
        </w:tc>
      </w:tr>
      <w:tr>
        <w:tc>
          <w:tcPr>
            <w:tcW w:type="dxa" w:w="2160"/>
          </w:tcPr>
          <w:p>
            <w:r>
              <w:t>Youper</w:t>
            </w:r>
          </w:p>
        </w:tc>
        <w:tc>
          <w:tcPr>
            <w:tcW w:type="dxa" w:w="2160"/>
          </w:tcPr>
          <w:p>
            <w:r>
              <w:t>علاج معرفي سلوكي مدعوم بالذكاء</w:t>
            </w:r>
          </w:p>
        </w:tc>
        <w:tc>
          <w:tcPr>
            <w:tcW w:type="dxa" w:w="2160"/>
          </w:tcPr>
          <w:p>
            <w:r>
              <w:t>https://youper.ai</w:t>
            </w:r>
          </w:p>
        </w:tc>
        <w:tc>
          <w:tcPr>
            <w:tcW w:type="dxa" w:w="2160"/>
          </w:tcPr>
          <w:p>
            <w:r>
              <w:t>يساعدك على التحكم في القلق والاكتئاب</w:t>
            </w:r>
          </w:p>
        </w:tc>
      </w:tr>
      <w:tr>
        <w:tc>
          <w:tcPr>
            <w:tcW w:type="dxa" w:w="2160"/>
          </w:tcPr>
          <w:p>
            <w:r>
              <w:t>Focus@Will</w:t>
            </w:r>
          </w:p>
        </w:tc>
        <w:tc>
          <w:tcPr>
            <w:tcW w:type="dxa" w:w="2160"/>
          </w:tcPr>
          <w:p>
            <w:r>
              <w:t>تحسين التركيز والإنتاجية عبر الموسيقى الذكية</w:t>
            </w:r>
          </w:p>
        </w:tc>
        <w:tc>
          <w:tcPr>
            <w:tcW w:type="dxa" w:w="2160"/>
          </w:tcPr>
          <w:p>
            <w:r>
              <w:t>https://www.focusatwill.com</w:t>
            </w:r>
          </w:p>
        </w:tc>
        <w:tc>
          <w:tcPr>
            <w:tcW w:type="dxa" w:w="2160"/>
          </w:tcPr>
          <w:p>
            <w:r>
              <w:t>موسيقى علمية تعزز الانتباه</w:t>
            </w:r>
          </w:p>
        </w:tc>
      </w:tr>
      <w:tr>
        <w:tc>
          <w:tcPr>
            <w:tcW w:type="dxa" w:w="2160"/>
          </w:tcPr>
          <w:p>
            <w:r>
              <w:t>CoachAI</w:t>
            </w:r>
          </w:p>
        </w:tc>
        <w:tc>
          <w:tcPr>
            <w:tcW w:type="dxa" w:w="2160"/>
          </w:tcPr>
          <w:p>
            <w:r>
              <w:t>مدرب شخصي رقمي لتطوير المهارات والعادات</w:t>
            </w:r>
          </w:p>
        </w:tc>
        <w:tc>
          <w:tcPr>
            <w:tcW w:type="dxa" w:w="2160"/>
          </w:tcPr>
          <w:p>
            <w:r>
              <w:t>https://coachai.com</w:t>
            </w:r>
          </w:p>
        </w:tc>
        <w:tc>
          <w:tcPr>
            <w:tcW w:type="dxa" w:w="2160"/>
          </w:tcPr>
          <w:p>
            <w:r>
              <w:t>يصمم خطط تطوير مخصصة لك</w:t>
            </w:r>
          </w:p>
        </w:tc>
      </w:tr>
      <w:tr>
        <w:tc>
          <w:tcPr>
            <w:tcW w:type="dxa" w:w="2160"/>
          </w:tcPr>
          <w:p>
            <w:r>
              <w:t>Calm AI Journal</w:t>
            </w:r>
          </w:p>
        </w:tc>
        <w:tc>
          <w:tcPr>
            <w:tcW w:type="dxa" w:w="2160"/>
          </w:tcPr>
          <w:p>
            <w:r>
              <w:t>كتابة تأملية يومية لتهدئة العقل</w:t>
            </w:r>
          </w:p>
        </w:tc>
        <w:tc>
          <w:tcPr>
            <w:tcW w:type="dxa" w:w="2160"/>
          </w:tcPr>
          <w:p>
            <w:r>
              <w:t>https://calmai.app</w:t>
            </w:r>
          </w:p>
        </w:tc>
        <w:tc>
          <w:tcPr>
            <w:tcW w:type="dxa" w:w="2160"/>
          </w:tcPr>
          <w:p>
            <w:r>
              <w:t>يستخدم الذكاء الاصطناعي لاقتراح تمارين استرخاء</w:t>
            </w:r>
          </w:p>
        </w:tc>
      </w:tr>
      <w:tr>
        <w:tc>
          <w:tcPr>
            <w:tcW w:type="dxa" w:w="2160"/>
          </w:tcPr>
          <w:p>
            <w:r>
              <w:t>MindsDB + ChatGPT</w:t>
            </w:r>
          </w:p>
        </w:tc>
        <w:tc>
          <w:tcPr>
            <w:tcW w:type="dxa" w:w="2160"/>
          </w:tcPr>
          <w:p>
            <w:r>
              <w:t>تحليل تطورك الشخصي بالأرقام والبيانات</w:t>
            </w:r>
          </w:p>
        </w:tc>
        <w:tc>
          <w:tcPr>
            <w:tcW w:type="dxa" w:w="2160"/>
          </w:tcPr>
          <w:p>
            <w:r>
              <w:t>https://mindsdb.com</w:t>
            </w:r>
          </w:p>
        </w:tc>
        <w:tc>
          <w:tcPr>
            <w:tcW w:type="dxa" w:w="2160"/>
          </w:tcPr>
          <w:p>
            <w:r>
              <w:t>يحوّل أفكارك إلى بيانات قابلة للقياس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